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תמר והגשם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תופעות טבע בחורף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לגשם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מעיל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עננים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שלג יורד רק במקומות גבוהים ולא בכל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גשם הוא תופעה אופיינית לחורף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המטריה חוסמת את הגשם מעלינו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בחורף קר יותר מבקיץ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נוצרת 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(מים שיורדים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(מגנה מאיתנו בגשם)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(בגד חם לחורף)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(מים שנשארים על הרצפה)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(נמצאים בשמיים לפני 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בחלון ורואים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לובשים מעיל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לוקחים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החוצה בגשם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יום גשום עם פרטים חושיים (ראייה, שמיעה, תחושה) ומצייר ציור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הגשם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כמו גשם, מעיל,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להתחמם כי קר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חורף (עננים, מטריה, שלולית) לחיזוק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תמר והגשם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תמר והגשם הראשון תמר מחכה בהתרגשות לגשם הראשון של החורף. בדף הזה נתרגל מילים וסיפורים על החורף.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לילדה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תמר מחכה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לגשם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עונה מתוארת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אנשים לובשים כשקר בחוץ?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מעיל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כובע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סנדלים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לראות בשמיים לפני שיורד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כוכבים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קשת בלי גשם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יורד שלג בכל מקום בארץ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יש לפעמים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מטריה עוזרת להישאר יבשים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חם יותר מבקיץ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שלולית היא מים שנשארים על הרצפה אחרי הגשם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כשיורד גשם אנחנו פותחים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בחורף לובשים __________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הגשם נשארת __________ על הרצפה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בשמיים מביאים את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בחורף מזג האוויר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מים שנשארים על הרצפה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נמצאים בשמיים לפני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מגנה מאיתנו בגשם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מים שיורדים מהשמיים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בגד חם לחורף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לובשים מעיל 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החוצה בגשם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בחלון ורואים עננים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לוקחים מטריה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יום גשום: מה אתם רואים, שומעים ומרגישים? כתבו 3-4 משפטים וציירו ציור קטן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הילדה בסיפור מחכה 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אנחנו לובשים מעיל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תמר והגשם הראשון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