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תמר והגשם הראשון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פי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תופעות טבע בחורף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ומבינים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לגשם הראשון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שלג יורד רק במקומות גבוהים ולא בכל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גשם הוא תופעה אופיינית לחורף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המטריה חוסמת את הגשם מעלינו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(מים שיורדים מהשמיים)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(מגנה מאיתנו בגשם)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(בגד חם לחורף)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(מים שנשארים על הרצפה)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בחלון ורואים 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לובשים מעיל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לוקחים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יוצאים החוצה בגשם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הגשם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מהרשימה כמו גשם, מעיל, מטריה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להתחמם כי קר בחוץ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תמונות של חורף (עננים, מטריה, שלולית) לחיזוק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תמר והגשם הראשון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בסיפור תמר והגשם הראשון תמר מחכה בהתרגשות לגשם הראשון של החורף. בדף הזה נתרגל מילים וסיפורים על החורף.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מעיל  ·  מטריה  ·  שלולית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קוראים ומבינים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קוראים לילדה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תמר מחכה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לגשם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לחג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בחורף יורד שלג בכל מקום בארץ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בחורף יש לפעמים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מטריה עוזרת להישאר יבשים בגשם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כשיורד גשם אנחנו פותחים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בחורף לובשים __________ חם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אחרי הגשם נשארת __________ על הרצפה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מגנה מאיתנו בגשם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מטריה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מים שנשארים על הרצפה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מים שיורדים מהשמיים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שלולית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בגד חם לחורף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קודם למה?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יוצאים החוצה בגשם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לוקחים מטריה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מסתכלים בחלון ורואים עננים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לובשים מעיל חם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הילדה בסיפור מחכה 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שקשורה לחורף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תמר והגשם הראשון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